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42DB1" w14:textId="77777777" w:rsidR="00275AA5" w:rsidRDefault="00D436B2">
      <w:pPr>
        <w:jc w:val="center"/>
      </w:pPr>
      <w:r>
        <w:t>――――――――――――――――――――――――――――――――――――――――――――――――――</w:t>
      </w:r>
    </w:p>
    <w:p w14:paraId="72F9D4B6" w14:textId="77777777" w:rsidR="00275AA5" w:rsidRDefault="00D436B2">
      <w:pPr>
        <w:rPr>
          <w:lang w:eastAsia="ko-KR"/>
        </w:rPr>
      </w:pPr>
      <w:r>
        <w:rPr>
          <w:lang w:eastAsia="ko-KR"/>
        </w:rPr>
        <w:br/>
      </w:r>
      <w:r>
        <w:rPr>
          <w:lang w:eastAsia="ko-KR"/>
        </w:rPr>
        <w:br/>
      </w:r>
      <w:r>
        <w:rPr>
          <w:lang w:eastAsia="ko-KR"/>
        </w:rPr>
        <w:br/>
        <w:t>[</w:t>
      </w:r>
      <w:r>
        <w:rPr>
          <w:lang w:eastAsia="ko-KR"/>
        </w:rPr>
        <w:t>문서</w:t>
      </w:r>
      <w:r>
        <w:rPr>
          <w:lang w:eastAsia="ko-KR"/>
        </w:rPr>
        <w:t xml:space="preserve"> </w:t>
      </w:r>
      <w:r>
        <w:rPr>
          <w:lang w:eastAsia="ko-KR"/>
        </w:rPr>
        <w:t>내용을</w:t>
      </w:r>
      <w:r>
        <w:rPr>
          <w:lang w:eastAsia="ko-KR"/>
        </w:rPr>
        <w:t xml:space="preserve"> </w:t>
      </w:r>
      <w:r>
        <w:rPr>
          <w:lang w:eastAsia="ko-KR"/>
        </w:rPr>
        <w:t>입력하세요</w:t>
      </w:r>
      <w:r>
        <w:rPr>
          <w:lang w:eastAsia="ko-KR"/>
        </w:rPr>
        <w:t>]</w:t>
      </w:r>
      <w:r>
        <w:rPr>
          <w:lang w:eastAsia="ko-KR"/>
        </w:rPr>
        <w:br/>
      </w:r>
      <w:r>
        <w:rPr>
          <w:lang w:eastAsia="ko-KR"/>
        </w:rPr>
        <w:br/>
      </w:r>
      <w:r>
        <w:rPr>
          <w:lang w:eastAsia="ko-KR"/>
        </w:rPr>
        <w:br/>
      </w:r>
    </w:p>
    <w:sectPr w:rsidR="00275AA5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BDD29" w14:textId="77777777" w:rsidR="00D436B2" w:rsidRDefault="00D436B2">
      <w:pPr>
        <w:spacing w:after="0" w:line="240" w:lineRule="auto"/>
      </w:pPr>
      <w:r>
        <w:separator/>
      </w:r>
    </w:p>
  </w:endnote>
  <w:endnote w:type="continuationSeparator" w:id="0">
    <w:p w14:paraId="1F78BEAE" w14:textId="77777777" w:rsidR="00D436B2" w:rsidRDefault="00D43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A4FBA" w14:textId="1C2E08AC" w:rsidR="00AF073D" w:rsidRPr="00AF073D" w:rsidRDefault="00AF073D" w:rsidP="00AF073D">
    <w:pPr>
      <w:pStyle w:val="a6"/>
      <w:rPr>
        <w:rFonts w:ascii="맑은 고딕" w:eastAsia="맑은 고딕" w:hAnsi="맑은 고딕"/>
        <w:sz w:val="20"/>
        <w:szCs w:val="20"/>
        <w:lang w:eastAsia="ko-KR"/>
      </w:rPr>
    </w:pPr>
    <w:r w:rsidRPr="00AF073D">
      <w:rPr>
        <w:rFonts w:ascii="맑은 고딕" w:eastAsia="맑은 고딕" w:hAnsi="맑은 고딕"/>
        <w:sz w:val="20"/>
        <w:szCs w:val="20"/>
        <w:lang w:eastAsia="ko-KR"/>
      </w:rPr>
      <w:t>College of Medicine, Chung-Ang University</w:t>
    </w:r>
  </w:p>
  <w:p w14:paraId="38091AB0" w14:textId="2D0F713F" w:rsidR="00AF073D" w:rsidRPr="00AF073D" w:rsidRDefault="00AF073D" w:rsidP="00AF073D">
    <w:pPr>
      <w:pStyle w:val="a6"/>
      <w:rPr>
        <w:rFonts w:ascii="맑은 고딕" w:eastAsia="맑은 고딕" w:hAnsi="맑은 고딕"/>
        <w:sz w:val="20"/>
        <w:szCs w:val="20"/>
        <w:lang w:eastAsia="ko-KR"/>
      </w:rPr>
    </w:pPr>
    <w:r w:rsidRPr="00AF073D">
      <w:rPr>
        <w:rFonts w:ascii="맑은 고딕" w:eastAsia="맑은 고딕" w:hAnsi="맑은 고딕"/>
        <w:sz w:val="20"/>
        <w:szCs w:val="20"/>
        <w:lang w:eastAsia="ko-KR"/>
      </w:rPr>
      <w:t xml:space="preserve">84 </w:t>
    </w:r>
    <w:proofErr w:type="spellStart"/>
    <w:r w:rsidRPr="00AF073D">
      <w:rPr>
        <w:rFonts w:ascii="맑은 고딕" w:eastAsia="맑은 고딕" w:hAnsi="맑은 고딕"/>
        <w:sz w:val="20"/>
        <w:szCs w:val="20"/>
        <w:lang w:eastAsia="ko-KR"/>
      </w:rPr>
      <w:t>Heukseok-ro</w:t>
    </w:r>
    <w:proofErr w:type="spellEnd"/>
    <w:r w:rsidRPr="00AF073D">
      <w:rPr>
        <w:rFonts w:ascii="맑은 고딕" w:eastAsia="맑은 고딕" w:hAnsi="맑은 고딕"/>
        <w:sz w:val="20"/>
        <w:szCs w:val="20"/>
        <w:lang w:eastAsia="ko-KR"/>
      </w:rPr>
      <w:t xml:space="preserve">, </w:t>
    </w:r>
    <w:proofErr w:type="spellStart"/>
    <w:r w:rsidRPr="00AF073D">
      <w:rPr>
        <w:rFonts w:ascii="맑은 고딕" w:eastAsia="맑은 고딕" w:hAnsi="맑은 고딕"/>
        <w:sz w:val="20"/>
        <w:szCs w:val="20"/>
        <w:lang w:eastAsia="ko-KR"/>
      </w:rPr>
      <w:t>Dongjak-gu</w:t>
    </w:r>
    <w:proofErr w:type="spellEnd"/>
    <w:r w:rsidRPr="00AF073D">
      <w:rPr>
        <w:rFonts w:ascii="맑은 고딕" w:eastAsia="맑은 고딕" w:hAnsi="맑은 고딕"/>
        <w:sz w:val="20"/>
        <w:szCs w:val="20"/>
        <w:lang w:eastAsia="ko-KR"/>
      </w:rPr>
      <w:t>, Seoul 06974, Republic of Korea</w:t>
    </w:r>
  </w:p>
  <w:p w14:paraId="704BCC8B" w14:textId="63C20CFC" w:rsidR="00565EC2" w:rsidRPr="00565EC2" w:rsidRDefault="00AF073D" w:rsidP="00565EC2">
    <w:pPr>
      <w:pStyle w:val="a6"/>
      <w:rPr>
        <w:rFonts w:ascii="맑은 고딕" w:eastAsia="맑은 고딕" w:hAnsi="맑은 고딕"/>
        <w:sz w:val="20"/>
        <w:szCs w:val="20"/>
      </w:rPr>
    </w:pPr>
    <w:r w:rsidRPr="00AF073D">
      <w:rPr>
        <w:rFonts w:ascii="맑은 고딕" w:eastAsia="맑은 고딕" w:hAnsi="맑은 고딕"/>
        <w:sz w:val="20"/>
        <w:szCs w:val="20"/>
        <w:lang w:eastAsia="ko-KR"/>
      </w:rPr>
      <w:t xml:space="preserve">Tel. +82-2-820-5637 | Email. </w:t>
    </w:r>
    <w:proofErr w:type="gramStart"/>
    <w:r w:rsidR="009263C9">
      <w:rPr>
        <w:rFonts w:ascii="맑은 고딕" w:eastAsia="맑은 고딕" w:hAnsi="맑은 고딕"/>
        <w:sz w:val="20"/>
        <w:szCs w:val="20"/>
        <w:lang w:eastAsia="ko-KR"/>
      </w:rPr>
      <w:t>medicine@cau.ac.kr</w:t>
    </w:r>
    <w:r w:rsidR="00565EC2">
      <w:rPr>
        <w:rFonts w:ascii="맑은 고딕" w:eastAsia="맑은 고딕" w:hAnsi="맑은 고딕"/>
        <w:sz w:val="20"/>
        <w:szCs w:val="20"/>
        <w:lang w:eastAsia="ko-KR"/>
      </w:rPr>
      <w:t xml:space="preserve"> </w:t>
    </w:r>
    <w:r w:rsidR="00565EC2" w:rsidRPr="00AF073D">
      <w:rPr>
        <w:rFonts w:ascii="맑은 고딕" w:eastAsia="맑은 고딕" w:hAnsi="맑은 고딕"/>
        <w:sz w:val="20"/>
        <w:szCs w:val="20"/>
        <w:lang w:eastAsia="ko-KR"/>
      </w:rPr>
      <w:t xml:space="preserve"> |</w:t>
    </w:r>
    <w:proofErr w:type="gramEnd"/>
    <w:r w:rsidR="00565EC2">
      <w:rPr>
        <w:rFonts w:ascii="맑은 고딕" w:eastAsia="맑은 고딕" w:hAnsi="맑은 고딕"/>
        <w:sz w:val="20"/>
        <w:szCs w:val="20"/>
        <w:lang w:eastAsia="ko-KR"/>
      </w:rPr>
      <w:t xml:space="preserve"> </w:t>
    </w:r>
    <w:r w:rsidR="00565EC2" w:rsidRPr="00565EC2">
      <w:rPr>
        <w:rFonts w:ascii="맑은 고딕" w:eastAsia="맑은 고딕" w:hAnsi="맑은 고딕" w:hint="eastAsia"/>
        <w:sz w:val="20"/>
        <w:szCs w:val="20"/>
      </w:rPr>
      <w:t>https://med.cau.ac.kr/</w:t>
    </w:r>
  </w:p>
  <w:p w14:paraId="194C44FE" w14:textId="77777777" w:rsidR="00565EC2" w:rsidRPr="00AF073D" w:rsidRDefault="00565EC2" w:rsidP="00AF073D">
    <w:pPr>
      <w:pStyle w:val="a6"/>
      <w:rPr>
        <w:rFonts w:ascii="맑은 고딕" w:eastAsia="맑은 고딕" w:hAnsi="맑은 고딕" w:hint="eastAs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AEBC7" w14:textId="77777777" w:rsidR="00D436B2" w:rsidRDefault="00D436B2">
      <w:pPr>
        <w:spacing w:after="0" w:line="240" w:lineRule="auto"/>
      </w:pPr>
      <w:r>
        <w:separator/>
      </w:r>
    </w:p>
  </w:footnote>
  <w:footnote w:type="continuationSeparator" w:id="0">
    <w:p w14:paraId="7992971E" w14:textId="77777777" w:rsidR="00D436B2" w:rsidRDefault="00D43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F85BA" w14:textId="2212F05B" w:rsidR="00AF073D" w:rsidRDefault="00AF073D" w:rsidP="00AF073D">
    <w:pPr>
      <w:pStyle w:val="a5"/>
      <w:jc w:val="center"/>
      <w:rPr>
        <w:rFonts w:ascii="맑은 고딕" w:eastAsia="맑은 고딕" w:hAnsi="맑은 고딕"/>
        <w:b/>
      </w:rPr>
    </w:pPr>
    <w:r w:rsidRPr="00AF073D">
      <w:drawing>
        <wp:inline distT="0" distB="0" distL="0" distR="0" wp14:anchorId="711D756A" wp14:editId="72E6FA08">
          <wp:extent cx="800100" cy="800100"/>
          <wp:effectExtent l="0" t="0" r="0" b="0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FD7469" w14:textId="460878C8" w:rsidR="00275AA5" w:rsidRPr="00AF073D" w:rsidRDefault="00D436B2" w:rsidP="00AF073D">
    <w:pPr>
      <w:pStyle w:val="a5"/>
      <w:jc w:val="center"/>
      <w:rPr>
        <w:rFonts w:ascii="맑은 고딕" w:eastAsia="맑은 고딕" w:hAnsi="맑은 고딕"/>
      </w:rPr>
    </w:pPr>
    <w:r w:rsidRPr="00AF073D">
      <w:rPr>
        <w:rFonts w:ascii="맑은 고딕" w:eastAsia="맑은 고딕" w:hAnsi="맑은 고딕"/>
        <w:b/>
      </w:rPr>
      <w:t>CHUNG-ANG UNIVERSITY</w:t>
    </w:r>
    <w:r w:rsidR="00AF073D">
      <w:rPr>
        <w:rFonts w:ascii="맑은 고딕" w:eastAsia="맑은 고딕" w:hAnsi="맑은 고딕"/>
        <w:b/>
      </w:rPr>
      <w:t xml:space="preserve"> </w:t>
    </w:r>
    <w:r w:rsidRPr="00AF073D">
      <w:rPr>
        <w:rFonts w:ascii="맑은 고딕" w:eastAsia="맑은 고딕" w:hAnsi="맑은 고딕"/>
        <w:b/>
      </w:rPr>
      <w:t>C</w:t>
    </w:r>
    <w:r w:rsidR="00565EC2">
      <w:rPr>
        <w:rFonts w:ascii="맑은 고딕" w:eastAsia="맑은 고딕" w:hAnsi="맑은 고딕"/>
        <w:b/>
      </w:rPr>
      <w:t>ollege</w:t>
    </w:r>
    <w:r w:rsidRPr="00AF073D">
      <w:rPr>
        <w:rFonts w:ascii="맑은 고딕" w:eastAsia="맑은 고딕" w:hAnsi="맑은 고딕"/>
        <w:b/>
      </w:rPr>
      <w:t xml:space="preserve"> </w:t>
    </w:r>
    <w:r w:rsidR="00565EC2">
      <w:rPr>
        <w:rFonts w:ascii="맑은 고딕" w:eastAsia="맑은 고딕" w:hAnsi="맑은 고딕"/>
        <w:b/>
      </w:rPr>
      <w:t>of</w:t>
    </w:r>
    <w:r w:rsidRPr="00AF073D">
      <w:rPr>
        <w:rFonts w:ascii="맑은 고딕" w:eastAsia="맑은 고딕" w:hAnsi="맑은 고딕"/>
        <w:b/>
      </w:rPr>
      <w:t xml:space="preserve"> M</w:t>
    </w:r>
    <w:r w:rsidR="00565EC2">
      <w:rPr>
        <w:rFonts w:ascii="맑은 고딕" w:eastAsia="맑은 고딕" w:hAnsi="맑은 고딕"/>
        <w:b/>
      </w:rPr>
      <w:t>edicine</w:t>
    </w:r>
  </w:p>
  <w:p w14:paraId="1567A8C1" w14:textId="77777777" w:rsidR="00275AA5" w:rsidRPr="00AF073D" w:rsidRDefault="00D436B2" w:rsidP="00AF073D">
    <w:pPr>
      <w:spacing w:line="240" w:lineRule="auto"/>
      <w:jc w:val="center"/>
      <w:rPr>
        <w:rFonts w:ascii="맑은 고딕" w:eastAsia="맑은 고딕" w:hAnsi="맑은 고딕"/>
      </w:rPr>
    </w:pPr>
    <w:r w:rsidRPr="00AF073D">
      <w:rPr>
        <w:rFonts w:ascii="맑은 고딕" w:eastAsia="맑은 고딕" w:hAnsi="맑은 고딕"/>
      </w:rPr>
      <w:t>중앙대학교</w:t>
    </w:r>
    <w:r w:rsidRPr="00AF073D">
      <w:rPr>
        <w:rFonts w:ascii="맑은 고딕" w:eastAsia="맑은 고딕" w:hAnsi="맑은 고딕"/>
      </w:rPr>
      <w:t xml:space="preserve"> </w:t>
    </w:r>
    <w:r w:rsidRPr="00AF073D">
      <w:rPr>
        <w:rFonts w:ascii="맑은 고딕" w:eastAsia="맑은 고딕" w:hAnsi="맑은 고딕"/>
      </w:rPr>
      <w:t>의과대학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5AA5"/>
    <w:rsid w:val="0029639D"/>
    <w:rsid w:val="00326F90"/>
    <w:rsid w:val="00565EC2"/>
    <w:rsid w:val="009263C9"/>
    <w:rsid w:val="00AA1D8D"/>
    <w:rsid w:val="00AF073D"/>
    <w:rsid w:val="00B47730"/>
    <w:rsid w:val="00CB0664"/>
    <w:rsid w:val="00D436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5B2E33"/>
  <w14:defaultImageDpi w14:val="300"/>
  <w15:docId w15:val="{C06A2227-86E7-405C-94FA-CD6A3B24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565EC2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565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Caau</cp:lastModifiedBy>
  <cp:revision>4</cp:revision>
  <dcterms:created xsi:type="dcterms:W3CDTF">2013-12-23T23:15:00Z</dcterms:created>
  <dcterms:modified xsi:type="dcterms:W3CDTF">2026-04-30T06:58:00Z</dcterms:modified>
  <cp:category/>
</cp:coreProperties>
</file>